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Конспект урока по немецкому языку на тему: "Технический прогресс: перспективы и последствия."</w:t>
      </w:r>
    </w:p>
    <w:p>
      <w:r>
        <w:t>Класс: 11</w:t>
        <w:br/>
        <w:t>УМК: Бим И.Л., «Немецкий язык. 11 класс»</w:t>
        <w:br/>
        <w:t>Уровень обучения: базовый</w:t>
        <w:br/>
        <w:t>Тема урока: Технический прогресс: перспективы и последствия</w:t>
        <w:br/>
        <w:t>Общее количество часов, отведенное на изучение темы: 1 час</w:t>
        <w:br/>
        <w:t>Тип урока: Урок открытия новых знаний</w:t>
        <w:br/>
      </w:r>
    </w:p>
    <w:p>
      <w:pPr>
        <w:pStyle w:val="Heading2"/>
      </w:pPr>
      <w:r>
        <w:t>Цель урока:</w:t>
      </w:r>
    </w:p>
    <w:p>
      <w:r>
        <w:t>Познакомить учащихся с влиянием технического прогресса на общество, обсудить его перспективы и возможные последствия.</w:t>
      </w:r>
    </w:p>
    <w:p>
      <w:pPr>
        <w:pStyle w:val="Heading2"/>
      </w:pPr>
      <w:r>
        <w:t>Задачи урока:</w:t>
      </w:r>
    </w:p>
    <w:p>
      <w:r>
        <w:t>- Ввести новую лексику, связанную с технологическими достижениями и их влиянием.</w:t>
        <w:br/>
        <w:t>- Развить навыки обсуждения на тему технологий и их воздействия на мир.</w:t>
        <w:br/>
        <w:t>- Способствовать формированию критического мышления по вопросу технологических изменений.</w:t>
      </w:r>
    </w:p>
    <w:p>
      <w:pPr>
        <w:pStyle w:val="Heading2"/>
      </w:pPr>
      <w:r>
        <w:t>Планируемые результаты:</w:t>
      </w:r>
    </w:p>
    <w:p>
      <w:r>
        <w:t>- Учащиеся освоят базовую лексику, связанную с темой технического прогресса.</w:t>
        <w:br/>
        <w:t>- Научатся обсуждать преимущества и риски современных технологий.</w:t>
        <w:br/>
        <w:t>- Сформируют понимание различных точек зрения на технологическое развитие и его последствия.</w:t>
      </w:r>
    </w:p>
    <w:p>
      <w:pPr>
        <w:pStyle w:val="Heading2"/>
      </w:pPr>
      <w:r>
        <w:t>Техническое обеспечение урока:</w:t>
      </w:r>
    </w:p>
    <w:p>
      <w:r>
        <w:t>Проектор для показа видеоматериалов о современных технологиях.</w:t>
        <w:br/>
        <w:t>Аудиоматериалы, соответствующие теме.</w:t>
        <w:br/>
        <w:t>Словари для работы в группах.</w:t>
      </w:r>
    </w:p>
    <w:p>
      <w:pPr>
        <w:pStyle w:val="Heading2"/>
      </w:pPr>
      <w:r>
        <w:t>Содержание урока: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№ этапа</w:t>
            </w:r>
          </w:p>
        </w:tc>
        <w:tc>
          <w:tcPr>
            <w:tcW w:type="dxa" w:w="1728"/>
          </w:tcPr>
          <w:p>
            <w:r>
              <w:t>Этап урока</w:t>
            </w:r>
          </w:p>
        </w:tc>
        <w:tc>
          <w:tcPr>
            <w:tcW w:type="dxa" w:w="1728"/>
          </w:tcPr>
          <w:p>
            <w:r>
              <w:t>Деятельность учителя</w:t>
            </w:r>
          </w:p>
        </w:tc>
        <w:tc>
          <w:tcPr>
            <w:tcW w:type="dxa" w:w="1728"/>
          </w:tcPr>
          <w:p>
            <w:r>
              <w:t>Деятельность учащихся</w:t>
            </w:r>
          </w:p>
        </w:tc>
        <w:tc>
          <w:tcPr>
            <w:tcW w:type="dxa" w:w="1728"/>
          </w:tcPr>
          <w:p>
            <w:r>
              <w:t>Форма контроля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Организационный момент</w:t>
            </w:r>
          </w:p>
        </w:tc>
        <w:tc>
          <w:tcPr>
            <w:tcW w:type="dxa" w:w="1728"/>
          </w:tcPr>
          <w:p>
            <w:r>
              <w:t>Приветствие, настрой на тему урока. Вопросы о роли технологий в жизни.</w:t>
            </w:r>
          </w:p>
        </w:tc>
        <w:tc>
          <w:tcPr>
            <w:tcW w:type="dxa" w:w="1728"/>
          </w:tcPr>
          <w:p>
            <w:r>
              <w:t>Приветствие, обсуждение личного опыта с технологиями.</w:t>
            </w:r>
          </w:p>
        </w:tc>
        <w:tc>
          <w:tcPr>
            <w:tcW w:type="dxa" w:w="1728"/>
          </w:tcPr>
          <w:p>
            <w:r>
              <w:t>Фронтальная беседа</w:t>
            </w:r>
          </w:p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Фонетическая разминка</w:t>
            </w:r>
          </w:p>
        </w:tc>
        <w:tc>
          <w:tcPr>
            <w:tcW w:type="dxa" w:w="1728"/>
          </w:tcPr>
          <w:p>
            <w:r>
              <w:t>Учитель предлагает скороговорку на тему технологий и будущего.</w:t>
            </w:r>
          </w:p>
        </w:tc>
        <w:tc>
          <w:tcPr>
            <w:tcW w:type="dxa" w:w="1728"/>
          </w:tcPr>
          <w:p>
            <w:r>
              <w:t>Повторяют за учителем, тренируя произношение.</w:t>
            </w:r>
          </w:p>
        </w:tc>
        <w:tc>
          <w:tcPr>
            <w:tcW w:type="dxa" w:w="1728"/>
          </w:tcPr>
          <w:p>
            <w:r>
              <w:t>Фронтальная работа</w:t>
            </w:r>
          </w:p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Введение новой лексики</w:t>
            </w:r>
          </w:p>
        </w:tc>
        <w:tc>
          <w:tcPr>
            <w:tcW w:type="dxa" w:w="1728"/>
          </w:tcPr>
          <w:p>
            <w:r>
              <w:t>Объяснение лексики, связанной с техническим прогрессом (например: 'Technologie', 'Innovation', 'Risiko'). Показ примеров.</w:t>
            </w:r>
          </w:p>
        </w:tc>
        <w:tc>
          <w:tcPr>
            <w:tcW w:type="dxa" w:w="1728"/>
          </w:tcPr>
          <w:p>
            <w:r>
              <w:t>Повторяют лексику, записывают новые слова в тетради.</w:t>
            </w:r>
          </w:p>
        </w:tc>
        <w:tc>
          <w:tcPr>
            <w:tcW w:type="dxa" w:w="1728"/>
          </w:tcPr>
          <w:p>
            <w:r>
              <w:t>Индивидуальная работа</w:t>
            </w:r>
          </w:p>
        </w:tc>
      </w:tr>
      <w:tr>
        <w:tc>
          <w:tcPr>
            <w:tcW w:type="dxa" w:w="1728"/>
          </w:tcPr>
          <w:p>
            <w:r>
              <w:t>4</w:t>
            </w:r>
          </w:p>
        </w:tc>
        <w:tc>
          <w:tcPr>
            <w:tcW w:type="dxa" w:w="1728"/>
          </w:tcPr>
          <w:p>
            <w:r>
              <w:t>Основной этап</w:t>
            </w:r>
          </w:p>
        </w:tc>
        <w:tc>
          <w:tcPr>
            <w:tcW w:type="dxa" w:w="1728"/>
          </w:tcPr>
          <w:p>
            <w:r>
              <w:t>Просмотр короткого видеоматериала о перспективах технологического развития. Вопросы для обсуждения: 'Какие преимущества и риски вы видите?'</w:t>
            </w:r>
          </w:p>
        </w:tc>
        <w:tc>
          <w:tcPr>
            <w:tcW w:type="dxa" w:w="1728"/>
          </w:tcPr>
          <w:p>
            <w:r>
              <w:t>Смотрят видео, обсуждают вопросы, делятся своим мнением.</w:t>
            </w:r>
          </w:p>
        </w:tc>
        <w:tc>
          <w:tcPr>
            <w:tcW w:type="dxa" w:w="1728"/>
          </w:tcPr>
          <w:p>
            <w:r>
              <w:t>Групповая работа</w:t>
            </w:r>
          </w:p>
        </w:tc>
      </w:tr>
      <w:tr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Дискуссия</w:t>
            </w:r>
          </w:p>
        </w:tc>
        <w:tc>
          <w:tcPr>
            <w:tcW w:type="dxa" w:w="1728"/>
          </w:tcPr>
          <w:p>
            <w:r>
              <w:t>Учитель организует дискуссию на тему: 'Как технологии изменят мир через 10 лет?'.</w:t>
            </w:r>
          </w:p>
        </w:tc>
        <w:tc>
          <w:tcPr>
            <w:tcW w:type="dxa" w:w="1728"/>
          </w:tcPr>
          <w:p>
            <w:r>
              <w:t>Участвуют в дискуссии, выражают свои точки зрения.</w:t>
            </w:r>
          </w:p>
        </w:tc>
        <w:tc>
          <w:tcPr>
            <w:tcW w:type="dxa" w:w="1728"/>
          </w:tcPr>
          <w:p>
            <w:r>
              <w:t>Групповая работа</w:t>
            </w:r>
          </w:p>
        </w:tc>
      </w:tr>
      <w:tr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Работа с текстом</w:t>
            </w:r>
          </w:p>
        </w:tc>
        <w:tc>
          <w:tcPr>
            <w:tcW w:type="dxa" w:w="1728"/>
          </w:tcPr>
          <w:p>
            <w:r>
              <w:t>Задание: прочитать статью о влиянии технологий на экологию и ответить на вопросы по содержанию.</w:t>
            </w:r>
          </w:p>
        </w:tc>
        <w:tc>
          <w:tcPr>
            <w:tcW w:type="dxa" w:w="1728"/>
          </w:tcPr>
          <w:p>
            <w:r>
              <w:t>Читают текст, анализируют информацию, обсуждают экологические последствия.</w:t>
            </w:r>
          </w:p>
        </w:tc>
        <w:tc>
          <w:tcPr>
            <w:tcW w:type="dxa" w:w="1728"/>
          </w:tcPr>
          <w:p>
            <w:r>
              <w:t>Индивидуальная и групповая работа</w:t>
            </w:r>
          </w:p>
        </w:tc>
      </w:tr>
      <w:tr>
        <w:tc>
          <w:tcPr>
            <w:tcW w:type="dxa" w:w="1728"/>
          </w:tcPr>
          <w:p>
            <w:r>
              <w:t>7</w:t>
            </w:r>
          </w:p>
        </w:tc>
        <w:tc>
          <w:tcPr>
            <w:tcW w:type="dxa" w:w="1728"/>
          </w:tcPr>
          <w:p>
            <w:r>
              <w:t>Заключительный этап</w:t>
            </w:r>
          </w:p>
        </w:tc>
        <w:tc>
          <w:tcPr>
            <w:tcW w:type="dxa" w:w="1728"/>
          </w:tcPr>
          <w:p>
            <w:r>
              <w:t>Рефлексия. Вопросы учителя: 'Какие технологии вам кажутся самыми полезными или опасными?'</w:t>
            </w:r>
          </w:p>
        </w:tc>
        <w:tc>
          <w:tcPr>
            <w:tcW w:type="dxa" w:w="1728"/>
          </w:tcPr>
          <w:p>
            <w:r>
              <w:t>Отвечают на вопросы, делятся своим мнением.</w:t>
            </w:r>
          </w:p>
        </w:tc>
        <w:tc>
          <w:tcPr>
            <w:tcW w:type="dxa" w:w="1728"/>
          </w:tcPr>
          <w:p>
            <w:r>
              <w:t>Фронтальная работа</w:t>
            </w:r>
          </w:p>
        </w:tc>
      </w:tr>
      <w:tr>
        <w:tc>
          <w:tcPr>
            <w:tcW w:type="dxa" w:w="1728"/>
          </w:tcPr>
          <w:p>
            <w:r>
              <w:t>8</w:t>
            </w:r>
          </w:p>
        </w:tc>
        <w:tc>
          <w:tcPr>
            <w:tcW w:type="dxa" w:w="1728"/>
          </w:tcPr>
          <w:p>
            <w:r>
              <w:t>Оценивание и домашнее задание</w:t>
            </w:r>
          </w:p>
        </w:tc>
        <w:tc>
          <w:tcPr>
            <w:tcW w:type="dxa" w:w="1728"/>
          </w:tcPr>
          <w:p>
            <w:r>
              <w:t>Учитель оценивает активность на уроке, объявляет домашнее задание.</w:t>
            </w:r>
          </w:p>
        </w:tc>
        <w:tc>
          <w:tcPr>
            <w:tcW w:type="dxa" w:w="1728"/>
          </w:tcPr>
          <w:p>
            <w:r>
              <w:t>Записывают домашнее задание, задают вопросы по непонятным моментам.</w:t>
            </w:r>
          </w:p>
        </w:tc>
        <w:tc>
          <w:tcPr>
            <w:tcW w:type="dxa" w:w="1728"/>
          </w:tcPr>
          <w:p>
            <w:r>
              <w:t>Фронтальная работа</w:t>
            </w:r>
          </w:p>
        </w:tc>
      </w:tr>
    </w:tbl>
    <w:p>
      <w:pPr>
        <w:pStyle w:val="Heading2"/>
      </w:pPr>
      <w:r>
        <w:t>Домашнее задание:</w:t>
      </w:r>
    </w:p>
    <w:p>
      <w:r>
        <w:t>1. Написать эссе на тему: 'Какое влияние окажут технологии на наше будущее?'.</w:t>
        <w:br/>
        <w:t>2. Выучить 5 новых слов, связанных с темой технического прогресса.</w:t>
      </w:r>
    </w:p>
    <w:p>
      <w:pPr>
        <w:pStyle w:val="Heading2"/>
      </w:pPr>
      <w:r>
        <w:t>Рефлексия:</w:t>
      </w:r>
    </w:p>
    <w:p>
      <w:r>
        <w:t>Как вы оцениваете свою работу на уроке?</w:t>
        <w:br/>
        <w:t>Какие перспективы и последствия технологий вы считаете самыми важными?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